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100"/>
        <w:jc w:val="center"/>
        <w:shd w:fill="102F6B"/>
        <w:pBdr>
          <w:top w:val="single" w:sz="20" w:space="1" w:color="FF7A18"/>
          <w:left w:val="single" w:sz="20" w:space="1" w:color="FF7A18"/>
          <w:bottom w:val="single" w:sz="20" w:space="1" w:color="FF7A18"/>
          <w:right w:val="single" w:sz="20" w:space="1" w:color="FF7A18"/>
        </w:pBdr>
      </w:pPr>
      <w:r>
        <w:rPr>
          <w:rFonts w:ascii="Arial" w:hAnsi="Arial"/>
          <w:b/>
          <w:i w:val="0"/>
          <w:color w:val="FFFFFF"/>
          <w:sz w:val="46"/>
        </w:rPr>
        <w:t>★  FLYER PROGRESS TRACKER  ★</w:t>
        <w:br/>
      </w:r>
      <w:r>
        <w:rPr>
          <w:rFonts w:ascii="Arial" w:hAnsi="Arial"/>
          <w:b/>
          <w:i w:val="0"/>
          <w:color w:val="FFD08A"/>
          <w:sz w:val="23"/>
        </w:rPr>
        <w:t>BACK &amp; BODY CONTROL</w:t>
        <w:br/>
      </w:r>
      <w:r>
        <w:rPr>
          <w:rFonts w:ascii="Arial" w:hAnsi="Arial"/>
          <w:b/>
          <w:i w:val="0"/>
          <w:color w:val="FFFFFF"/>
          <w:sz w:val="25"/>
        </w:rPr>
        <w:t>4-WEEK ACCOUNTABILITY CHECK OFF</w:t>
      </w:r>
    </w:p>
    <w:tbl>
      <w:tblPr>
        <w:tblW w:type="dxa" w:w="10944"/>
        <w:tblLayout w:type="fixed"/>
        <w:tblLook w:firstColumn="1" w:firstRow="1" w:lastColumn="0" w:lastRow="0" w:noHBand="0" w:noVBand="1" w:val="04A0"/>
        <w:jc w:val="left"/>
        <w:tblInd w:w="0" w:type="dxa"/>
      </w:tblPr>
      <w:tblGrid>
        <w:gridCol w:w="5472"/>
        <w:gridCol w:w="5472"/>
      </w:tblGrid>
      <w:tr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tcBorders/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02F5F"/>
                <w:sz w:val="18"/>
              </w:rPr>
              <w:t>ATHLETE NAME:  __________________________________</w:t>
            </w:r>
          </w:p>
        </w:tc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tcBorders/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02F5F"/>
                <w:sz w:val="18"/>
              </w:rPr>
              <w:t>MONTH / 4-WEEK CYCLE:  __________________________________</w:t>
            </w:r>
          </w:p>
        </w:tc>
      </w:tr>
    </w:tbl>
    <w:p>
      <w:pPr>
        <w:spacing w:before="80" w:after="80"/>
      </w:pPr>
      <w:r>
        <w:rPr>
          <w:rFonts w:ascii="Arial" w:hAnsi="Arial"/>
          <w:b w:val="0"/>
          <w:i/>
          <w:color w:val="102F5F"/>
          <w:sz w:val="17"/>
        </w:rPr>
        <w:t>Use this tracker to log consistency and visible progress through the transitions and holds required for elite flyer positions.</w:t>
      </w:r>
    </w:p>
    <w:p>
      <w:pPr>
        <w:keepNext/>
        <w:spacing w:before="100" w:after="60"/>
        <w:shd w:fill="102F6B"/>
      </w:pPr>
      <w:r>
        <w:rPr>
          <w:rFonts w:ascii="Arial" w:hAnsi="Arial"/>
          <w:b/>
          <w:i w:val="0"/>
          <w:color w:val="FF7A18"/>
          <w:sz w:val="21"/>
        </w:rPr>
        <w:t>I. CONSISTENCY LOG</w:t>
      </w:r>
    </w:p>
    <w:p>
      <w:pPr>
        <w:spacing w:after="60"/>
      </w:pPr>
      <w:r>
        <w:rPr>
          <w:rFonts w:ascii="Arial" w:hAnsi="Arial"/>
          <w:b w:val="0"/>
          <w:i w:val="0"/>
          <w:color w:val="102F5F"/>
          <w:sz w:val="16"/>
        </w:rPr>
        <w:t>Check each day the full 60-minute back-day structure is completed.</w:t>
      </w:r>
    </w:p>
    <w:tbl>
      <w:tblPr>
        <w:tblW w:type="dxa" w:w="1094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300"/>
        <w:gridCol w:w="1378"/>
        <w:gridCol w:w="1378"/>
        <w:gridCol w:w="1378"/>
        <w:gridCol w:w="1378"/>
        <w:gridCol w:w="1378"/>
        <w:gridCol w:w="1378"/>
        <w:gridCol w:w="1376"/>
      </w:tblGrid>
      <w:tr>
        <w:trPr>
          <w:tblHeader w:val="true"/>
        </w:trPr>
        <w:tc>
          <w:tcPr>
            <w:tcW w:type="dxa" w:w="1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WEEK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MON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TUE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WED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THU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FRI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SAT</w:t>
            </w:r>
          </w:p>
        </w:tc>
        <w:tc>
          <w:tcPr>
            <w:tcW w:type="dxa" w:w="137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SUN</w:t>
            </w:r>
          </w:p>
        </w:tc>
      </w:tr>
      <w:tr>
        <w:tc>
          <w:tcPr>
            <w:tcW w:type="dxa" w:w="1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20"/>
              </w:rPr>
              <w:t>1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</w:tr>
      <w:tr>
        <w:tc>
          <w:tcPr>
            <w:tcW w:type="dxa" w:w="1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20"/>
              </w:rPr>
              <w:t>2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</w:tr>
      <w:tr>
        <w:tc>
          <w:tcPr>
            <w:tcW w:type="dxa" w:w="1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20"/>
              </w:rPr>
              <w:t>3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</w:tr>
      <w:tr>
        <w:tc>
          <w:tcPr>
            <w:tcW w:type="dxa" w:w="1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20"/>
              </w:rPr>
              <w:t>4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  <w:tc>
          <w:tcPr>
            <w:tcW w:type="dxa" w:w="137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20"/>
              </w:rPr>
              <w:t>☐</w:t>
            </w:r>
          </w:p>
        </w:tc>
      </w:tr>
    </w:tbl>
    <w:p>
      <w:pPr>
        <w:keepNext/>
        <w:spacing w:before="100" w:after="60"/>
        <w:shd w:fill="102F6B"/>
      </w:pPr>
      <w:r>
        <w:rPr>
          <w:rFonts w:ascii="Arial" w:hAnsi="Arial"/>
          <w:b/>
          <w:i w:val="0"/>
          <w:color w:val="FF7A18"/>
          <w:sz w:val="21"/>
        </w:rPr>
        <w:t>II. FLEXIBILITY BENCHMARKS</w:t>
      </w:r>
    </w:p>
    <w:p>
      <w:pPr>
        <w:spacing w:after="60"/>
      </w:pPr>
      <w:r>
        <w:rPr>
          <w:rFonts w:ascii="Arial" w:hAnsi="Arial"/>
          <w:b w:val="0"/>
          <w:i w:val="0"/>
          <w:color w:val="102F5F"/>
          <w:sz w:val="16"/>
        </w:rPr>
        <w:t>Measure progress at the end of each week. "Over-extension" means the shoulders pass the wrists.</w:t>
      </w:r>
    </w:p>
    <w:tbl>
      <w:tblPr>
        <w:tblW w:type="dxa" w:w="1094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00"/>
        <w:gridCol w:w="2700"/>
        <w:gridCol w:w="2015"/>
        <w:gridCol w:w="2015"/>
        <w:gridCol w:w="2014"/>
      </w:tblGrid>
      <w:tr>
        <w:trPr>
          <w:tblHeader w:val="true"/>
        </w:trPr>
        <w:tc>
          <w:tcPr>
            <w:tcW w:type="dxa" w:w="22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MOVEMENT</w:t>
            </w:r>
          </w:p>
        </w:tc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WEEK 1 GOAL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WEEK 2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WEEK 3</w:t>
            </w:r>
          </w:p>
        </w:tc>
        <w:tc>
          <w:tcPr>
            <w:tcW w:type="dxa" w:w="201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WEEK 4</w:t>
            </w:r>
          </w:p>
        </w:tc>
      </w:tr>
      <w:tr>
        <w:tc>
          <w:tcPr>
            <w:tcW w:type="dxa" w:w="22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Bridge Hold</w:t>
            </w:r>
          </w:p>
        </w:tc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30 sec solid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  <w:tc>
          <w:tcPr>
            <w:tcW w:type="dxa" w:w="201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</w:tr>
      <w:tr>
        <w:tc>
          <w:tcPr>
            <w:tcW w:type="dxa" w:w="22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Bridge Rocking</w:t>
            </w:r>
          </w:p>
        </w:tc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Shoulders past wrists?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  <w:tc>
          <w:tcPr>
            <w:tcW w:type="dxa" w:w="201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</w:tr>
      <w:tr>
        <w:tc>
          <w:tcPr>
            <w:tcW w:type="dxa" w:w="22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Seal Stretch</w:t>
            </w:r>
          </w:p>
        </w:tc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Hips flush to floor?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  <w:tc>
          <w:tcPr>
            <w:tcW w:type="dxa" w:w="201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</w:tr>
      <w:tr>
        <w:tc>
          <w:tcPr>
            <w:tcW w:type="dxa" w:w="22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Needle Kick</w:t>
            </w:r>
          </w:p>
        </w:tc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Vertical (180°)?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  <w:tc>
          <w:tcPr>
            <w:tcW w:type="dxa" w:w="201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  <w:tc>
          <w:tcPr>
            <w:tcW w:type="dxa" w:w="201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☐ Yes   ☐ No</w:t>
            </w:r>
          </w:p>
        </w:tc>
      </w:tr>
    </w:tbl>
    <w:p>
      <w:pPr>
        <w:spacing w:before="55" w:after="55"/>
        <w:shd w:fill="FF7A18"/>
        <w:pBdr>
          <w:top w:val="single" w:sz="12" w:space="1" w:color="102F6B"/>
          <w:left w:val="single" w:sz="12" w:space="1" w:color="102F6B"/>
          <w:bottom w:val="single" w:sz="12" w:space="1" w:color="102F6B"/>
          <w:right w:val="single" w:sz="12" w:space="1" w:color="102F6B"/>
        </w:pBdr>
        <w:jc w:val="center"/>
      </w:pPr>
      <w:r>
        <w:rPr>
          <w:rFonts w:ascii="Arial" w:hAnsi="Arial"/>
          <w:b/>
          <w:i w:val="0"/>
          <w:color w:val="102F6B"/>
          <w:sz w:val="21"/>
        </w:rPr>
        <w:t>LOCK IN  ★  TRAIN DAILY  ★  BUILD THE LINES</w:t>
      </w:r>
    </w:p>
    <w:p>
      <w:r>
        <w:br w:type="page"/>
      </w:r>
    </w:p>
    <w:p>
      <w:pPr>
        <w:keepNext/>
        <w:spacing w:before="100" w:after="100"/>
        <w:jc w:val="center"/>
        <w:shd w:fill="102F6B"/>
        <w:pBdr>
          <w:top w:val="single" w:sz="20" w:space="1" w:color="FF7A18"/>
          <w:left w:val="single" w:sz="20" w:space="1" w:color="FF7A18"/>
          <w:bottom w:val="single" w:sz="20" w:space="1" w:color="FF7A18"/>
          <w:right w:val="single" w:sz="20" w:space="1" w:color="FF7A18"/>
        </w:pBdr>
      </w:pPr>
      <w:r>
        <w:rPr>
          <w:rFonts w:ascii="Arial" w:hAnsi="Arial"/>
          <w:b/>
          <w:i w:val="0"/>
          <w:color w:val="FFFFFF"/>
          <w:sz w:val="46"/>
        </w:rPr>
        <w:t>★  FLYER PROGRESS TRACKER  ★</w:t>
        <w:br/>
      </w:r>
      <w:r>
        <w:rPr>
          <w:rFonts w:ascii="Arial" w:hAnsi="Arial"/>
          <w:b/>
          <w:i w:val="0"/>
          <w:color w:val="FFD08A"/>
          <w:sz w:val="23"/>
        </w:rPr>
        <w:t>BACK &amp; BODY CONTROL</w:t>
        <w:br/>
      </w:r>
      <w:r>
        <w:rPr>
          <w:rFonts w:ascii="Arial" w:hAnsi="Arial"/>
          <w:b/>
          <w:i w:val="0"/>
          <w:color w:val="FFFFFF"/>
          <w:sz w:val="25"/>
        </w:rPr>
        <w:t>ACTIVE CONTROL - TECHNIQUE - GOALS</w:t>
      </w:r>
    </w:p>
    <w:tbl>
      <w:tblPr>
        <w:tblW w:type="dxa" w:w="10944"/>
        <w:tblLayout w:type="fixed"/>
        <w:tblLook w:firstColumn="1" w:firstRow="1" w:lastColumn="0" w:lastRow="0" w:noHBand="0" w:noVBand="1" w:val="04A0"/>
        <w:jc w:val="left"/>
        <w:tblInd w:w="0" w:type="dxa"/>
      </w:tblPr>
      <w:tblGrid>
        <w:gridCol w:w="5472"/>
        <w:gridCol w:w="5472"/>
      </w:tblGrid>
      <w:tr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tcBorders/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02F5F"/>
                <w:sz w:val="18"/>
              </w:rPr>
              <w:t>ATHLETE NAME:  __________________________________</w:t>
            </w:r>
          </w:p>
        </w:tc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tcBorders/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02F5F"/>
                <w:sz w:val="18"/>
              </w:rPr>
              <w:t>MONTH / 4-WEEK CYCLE:  __________________________________</w:t>
            </w:r>
          </w:p>
        </w:tc>
      </w:tr>
    </w:tbl>
    <w:p>
      <w:pPr>
        <w:keepNext/>
        <w:spacing w:before="100" w:after="60"/>
        <w:shd w:fill="102F6B"/>
      </w:pPr>
      <w:r>
        <w:rPr>
          <w:rFonts w:ascii="Arial" w:hAnsi="Arial"/>
          <w:b/>
          <w:i w:val="0"/>
          <w:color w:val="FF7A18"/>
          <w:sz w:val="21"/>
        </w:rPr>
        <w:t>III. ACTIVE CONTROL &amp; HOLD TIMES</w:t>
      </w:r>
    </w:p>
    <w:p>
      <w:pPr>
        <w:spacing w:after="60"/>
      </w:pPr>
      <w:r>
        <w:rPr>
          <w:rFonts w:ascii="Arial" w:hAnsi="Arial"/>
          <w:b w:val="0"/>
          <w:i w:val="0"/>
          <w:color w:val="102F5F"/>
          <w:sz w:val="16"/>
        </w:rPr>
        <w:t>Hit each position with clean lines: pointed toes, lifted chest, and locked knees.</w:t>
      </w:r>
    </w:p>
    <w:tbl>
      <w:tblPr>
        <w:tblW w:type="dxa" w:w="1094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00"/>
        <w:gridCol w:w="1700"/>
        <w:gridCol w:w="1736"/>
        <w:gridCol w:w="1736"/>
        <w:gridCol w:w="1736"/>
        <w:gridCol w:w="1736"/>
      </w:tblGrid>
      <w:tr>
        <w:trPr>
          <w:tblHeader w:val="true"/>
        </w:trPr>
        <w:tc>
          <w:tcPr>
            <w:tcW w:type="dxa" w:w="2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SKILL HOLD</w:t>
            </w:r>
          </w:p>
        </w:tc>
        <w:tc>
          <w:tcPr>
            <w:tcW w:type="dxa" w:w="1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TARGET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WK 1 TIME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WK 2 TIME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WK 3 TIME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WK 4 TIME</w:t>
            </w:r>
          </w:p>
        </w:tc>
      </w:tr>
      <w:tr>
        <w:tc>
          <w:tcPr>
            <w:tcW w:type="dxa" w:w="2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Arabesque</w:t>
            </w:r>
          </w:p>
        </w:tc>
        <w:tc>
          <w:tcPr>
            <w:tcW w:type="dxa" w:w="1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45 seconds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</w:tr>
      <w:tr>
        <w:tc>
          <w:tcPr>
            <w:tcW w:type="dxa" w:w="2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Scale</w:t>
            </w:r>
          </w:p>
        </w:tc>
        <w:tc>
          <w:tcPr>
            <w:tcW w:type="dxa" w:w="1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45 seconds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</w:tr>
      <w:tr>
        <w:tc>
          <w:tcPr>
            <w:tcW w:type="dxa" w:w="2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Scorpion</w:t>
            </w:r>
          </w:p>
        </w:tc>
        <w:tc>
          <w:tcPr>
            <w:tcW w:type="dxa" w:w="1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30 seconds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</w:tr>
      <w:tr>
        <w:tc>
          <w:tcPr>
            <w:tcW w:type="dxa" w:w="2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Bow &amp; Arrow</w:t>
            </w:r>
          </w:p>
        </w:tc>
        <w:tc>
          <w:tcPr>
            <w:tcW w:type="dxa" w:w="1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30 seconds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</w:tr>
      <w:tr>
        <w:tc>
          <w:tcPr>
            <w:tcW w:type="dxa" w:w="23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>
              <w:rPr>
                <w:b/>
              </w:rPr>
            </w:r>
            <w:r>
              <w:rPr>
                <w:rFonts w:ascii="Arial" w:hAnsi="Arial"/>
                <w:b/>
                <w:i w:val="0"/>
                <w:color w:val="102F5F"/>
                <w:sz w:val="16"/>
              </w:rPr>
              <w:t>Needle</w:t>
            </w:r>
          </w:p>
        </w:tc>
        <w:tc>
          <w:tcPr>
            <w:tcW w:type="dxa" w:w="1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15 seconds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  <w:tc>
          <w:tcPr>
            <w:tcW w:type="dxa" w:w="17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________</w:t>
            </w:r>
          </w:p>
        </w:tc>
      </w:tr>
    </w:tbl>
    <w:p>
      <w:pPr>
        <w:keepNext/>
        <w:spacing w:before="100" w:after="60"/>
        <w:shd w:fill="102F6B"/>
      </w:pPr>
      <w:r>
        <w:rPr>
          <w:rFonts w:ascii="Arial" w:hAnsi="Arial"/>
          <w:b/>
          <w:i w:val="0"/>
          <w:color w:val="FF7A18"/>
          <w:sz w:val="21"/>
        </w:rPr>
        <w:t>IV. THE ELITE CHECKLIST</w:t>
      </w:r>
    </w:p>
    <w:p>
      <w:pPr>
        <w:spacing w:after="60"/>
      </w:pPr>
      <w:r>
        <w:rPr>
          <w:rFonts w:ascii="Arial" w:hAnsi="Arial"/>
          <w:b w:val="0"/>
          <w:i w:val="0"/>
          <w:color w:val="102F5F"/>
          <w:sz w:val="16"/>
        </w:rPr>
        <w:t>Self-evaluate each technical cue from 1-5 (1 = Needs Work, 5 = Elite).</w:t>
      </w:r>
    </w:p>
    <w:tbl>
      <w:tblPr>
        <w:tblW w:type="dxa" w:w="1094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00"/>
        <w:gridCol w:w="8244"/>
      </w:tblGrid>
      <w:tr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7A18"/>
                <w:sz w:val="16"/>
              </w:rPr>
              <w:t>☐  CHEST ELEVATION</w:t>
            </w:r>
          </w:p>
        </w:tc>
        <w:tc>
          <w:tcPr>
            <w:tcW w:type="dxa" w:w="824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Is my chest facing the crowd during my scale / arabesque?    SCORE:  ___ / 5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7A18"/>
                <w:sz w:val="16"/>
              </w:rPr>
              <w:t>☐  CORE ENGAGEMENT</w:t>
            </w:r>
          </w:p>
        </w:tc>
        <w:tc>
          <w:tcPr>
            <w:tcW w:type="dxa" w:w="824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Am I "lifting out of my hips" rather than sitting in them?    SCORE:  ___ / 5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7A18"/>
                <w:sz w:val="16"/>
              </w:rPr>
              <w:t>☐  TRANSITION SPEED</w:t>
            </w:r>
          </w:p>
        </w:tc>
        <w:tc>
          <w:tcPr>
            <w:tcW w:type="dxa" w:w="824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EAF0F9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Am I hitting my positions on the "1," or am I slow to pull?    SCORE:  ___ / 5</w:t>
            </w:r>
          </w:p>
        </w:tc>
      </w:tr>
      <w:tr>
        <w:tc>
          <w:tcPr>
            <w:tcW w:type="dxa" w:w="270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7A18"/>
                <w:sz w:val="16"/>
              </w:rPr>
              <w:t>☐  AIR AWARENESS</w:t>
            </w:r>
          </w:p>
        </w:tc>
        <w:tc>
          <w:tcPr>
            <w:tcW w:type="dxa" w:w="824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t>Can I hold these positions on a balance block or stunt stand?    SCORE:  ___ / 5</w:t>
            </w:r>
          </w:p>
        </w:tc>
      </w:tr>
    </w:tbl>
    <w:p>
      <w:pPr>
        <w:keepNext/>
        <w:spacing w:before="100" w:after="60"/>
        <w:shd w:fill="102F6B"/>
      </w:pPr>
      <w:r>
        <w:rPr>
          <w:rFonts w:ascii="Arial" w:hAnsi="Arial"/>
          <w:b/>
          <w:i w:val="0"/>
          <w:color w:val="FF7A18"/>
          <w:sz w:val="21"/>
        </w:rPr>
        <w:t>V. COACH'S NOTES &amp; GOALS</w:t>
      </w:r>
    </w:p>
    <w:tbl>
      <w:tblPr>
        <w:tblW w:type="dxa" w:w="1094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472"/>
        <w:gridCol w:w="5472"/>
      </w:tblGrid>
      <w:tr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7A18"/>
                <w:sz w:val="16"/>
              </w:rPr>
              <w:t>CURRENT FOCUS</w:t>
            </w:r>
          </w:p>
        </w:tc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102F6B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7A18"/>
                <w:sz w:val="16"/>
              </w:rPr>
              <w:t>NEXT MILESTONE</w:t>
            </w:r>
          </w:p>
        </w:tc>
      </w:tr>
      <w:tr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br/>
              <w:t>________________________________________</w:t>
              <w:br/>
              <w:t>________________________________________</w:t>
            </w:r>
          </w:p>
        </w:tc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02F5F"/>
                <w:sz w:val="16"/>
              </w:rPr>
              <w:br/>
              <w:t>________________________________________</w:t>
              <w:br/>
              <w:t>________________________________________</w:t>
            </w:r>
          </w:p>
        </w:tc>
      </w:tr>
      <w:tr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02F5F"/>
                <w:sz w:val="16"/>
              </w:rPr>
              <w:t>COACH / PARENT SIGNATURE: __________________</w:t>
            </w:r>
          </w:p>
        </w:tc>
        <w:tc>
          <w:tcPr>
            <w:tcW w:type="dxa" w:w="5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tcBorders>
              <w:top w:val="single" w:sz="6" w:color="B5C7E3"/>
              <w:left w:val="single" w:sz="6" w:color="B5C7E3"/>
              <w:bottom w:val="single" w:sz="6" w:color="B5C7E3"/>
              <w:right w:val="single" w:sz="6" w:color="B5C7E3"/>
              <w:insideH w:val="single" w:sz="6" w:color="B5C7E3"/>
              <w:insideV w:val="single" w:sz="6" w:color="B5C7E3"/>
            </w:tcBorders>
            <w:shd w:fill="FFFFFF"/>
          </w:tcPr>
          <w:p>
            <w:pPr>
              <w:spacing w:before="0" w:after="0" w:line="228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02F5F"/>
                <w:sz w:val="16"/>
              </w:rPr>
              <w:t>WEEKLY EFFORT:   ★★★   ★★   ★   X</w:t>
            </w:r>
          </w:p>
        </w:tc>
      </w:tr>
    </w:tbl>
    <w:p>
      <w:pPr>
        <w:spacing w:before="55" w:after="55"/>
        <w:shd w:fill="FF7A18"/>
        <w:pBdr>
          <w:top w:val="single" w:sz="14" w:space="1" w:color="102F6B"/>
          <w:left w:val="single" w:sz="14" w:space="1" w:color="102F6B"/>
          <w:bottom w:val="single" w:sz="14" w:space="1" w:color="102F6B"/>
          <w:right w:val="single" w:sz="14" w:space="1" w:color="102F6B"/>
        </w:pBdr>
        <w:jc w:val="center"/>
      </w:pPr>
      <w:r>
        <w:rPr>
          <w:rFonts w:ascii="Arial" w:hAnsi="Arial"/>
          <w:b/>
          <w:i w:val="0"/>
          <w:color w:val="102F6B"/>
          <w:sz w:val="21"/>
        </w:rPr>
        <w:t>LOCK IN  ★  DRILL DAILY  ★  SHINE BRIGHT</w:t>
        <w:br/>
      </w:r>
      <w:r>
        <w:rPr>
          <w:rFonts w:ascii="Arial" w:hAnsi="Arial"/>
          <w:b/>
          <w:i w:val="0"/>
          <w:color w:val="FFFFFF"/>
          <w:sz w:val="16"/>
        </w:rPr>
        <w:t>"Pretty lines come from strong muscles. Lift from your back, not your hands."</w:t>
      </w:r>
    </w:p>
    <w:sectPr w:rsidR="00FC693F" w:rsidRPr="0006063C" w:rsidSect="00034616">
      <w:footerReference w:type="default" r:id="rId9"/>
      <w:pgSz w:w="12240" w:h="15840"/>
      <w:pgMar w:top="504" w:right="648" w:bottom="504" w:left="648" w:header="216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/>
        <w:i w:val="0"/>
        <w:color w:val="102F6B"/>
        <w:sz w:val="14"/>
      </w:rPr>
      <w:t>FLYER PROGRESS TRACKER  |  BACK &amp; BODY CONTROL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color w:val="102F5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